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A3A80" w14:textId="77777777" w:rsidR="003E4799" w:rsidRPr="00C0304C" w:rsidRDefault="00C0304C" w:rsidP="00C0304C">
      <w:pPr>
        <w:pStyle w:val="Ttulo1"/>
        <w:spacing w:before="0" w:line="240" w:lineRule="auto"/>
        <w:jc w:val="center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>PROCURAÇÃO - PESSOA JURÍDICA</w:t>
      </w:r>
    </w:p>
    <w:p w14:paraId="760B6D1B" w14:textId="77777777" w:rsidR="00C0304C" w:rsidRPr="00C0304C" w:rsidRDefault="00C0304C" w:rsidP="00C0304C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2EA2F4E0" w14:textId="77777777" w:rsidR="003E4799" w:rsidRPr="00C0304C" w:rsidRDefault="00C0304C" w:rsidP="00C0304C">
      <w:pPr>
        <w:spacing w:line="24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0304C">
        <w:rPr>
          <w:rFonts w:ascii="Calibri Light" w:hAnsi="Calibri Light" w:cs="Calibri Light"/>
          <w:b/>
          <w:bCs/>
          <w:sz w:val="24"/>
          <w:szCs w:val="24"/>
        </w:rPr>
        <w:t xml:space="preserve">OUTORGANTE: </w:t>
      </w:r>
    </w:p>
    <w:p w14:paraId="2B8A0CFC" w14:textId="0E2095A1" w:rsidR="00B8786C" w:rsidRPr="00C0304C" w:rsidRDefault="00B8786C" w:rsidP="00B8786C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 xml:space="preserve">Razão Social: </w:t>
      </w:r>
      <w:r w:rsidR="005B173A">
        <w:rPr>
          <w:rFonts w:ascii="Calibri Light" w:hAnsi="Calibri Light" w:cs="Calibri Light"/>
          <w:sz w:val="24"/>
          <w:szCs w:val="24"/>
        </w:rPr>
        <w:t xml:space="preserve"> </w:t>
      </w:r>
      <w:r w:rsidRPr="00C0304C">
        <w:rPr>
          <w:rFonts w:ascii="Calibri Light" w:hAnsi="Calibri Light" w:cs="Calibri Light"/>
          <w:sz w:val="24"/>
          <w:szCs w:val="24"/>
        </w:rPr>
        <w:t>_____________________________________________</w:t>
      </w:r>
      <w:r w:rsidR="005B173A">
        <w:rPr>
          <w:rFonts w:ascii="Calibri Light" w:hAnsi="Calibri Light" w:cs="Calibri Light"/>
          <w:sz w:val="24"/>
          <w:szCs w:val="24"/>
        </w:rPr>
        <w:t>__</w:t>
      </w:r>
      <w:r w:rsidRPr="00C0304C">
        <w:rPr>
          <w:rFonts w:ascii="Calibri Light" w:hAnsi="Calibri Light" w:cs="Calibri Light"/>
          <w:sz w:val="24"/>
          <w:szCs w:val="24"/>
        </w:rPr>
        <w:t>______________</w:t>
      </w:r>
    </w:p>
    <w:p w14:paraId="6A20E1C8" w14:textId="04106466" w:rsidR="00B8786C" w:rsidRPr="00C0304C" w:rsidRDefault="00B8786C" w:rsidP="00B8786C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>Nome Fantasia (se houver): ______________________________</w:t>
      </w:r>
      <w:r w:rsidR="005B173A">
        <w:rPr>
          <w:rFonts w:ascii="Calibri Light" w:hAnsi="Calibri Light" w:cs="Calibri Light"/>
          <w:sz w:val="24"/>
          <w:szCs w:val="24"/>
        </w:rPr>
        <w:t>___</w:t>
      </w:r>
      <w:r w:rsidRPr="00C0304C">
        <w:rPr>
          <w:rFonts w:ascii="Calibri Light" w:hAnsi="Calibri Light" w:cs="Calibri Light"/>
          <w:sz w:val="24"/>
          <w:szCs w:val="24"/>
        </w:rPr>
        <w:t>_________________</w:t>
      </w:r>
    </w:p>
    <w:p w14:paraId="0A82A561" w14:textId="099E93F5" w:rsidR="00B8786C" w:rsidRPr="00C0304C" w:rsidRDefault="00B8786C" w:rsidP="00B8786C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>CNPJ nº: ___________________________________________</w:t>
      </w:r>
      <w:r w:rsidR="005B173A">
        <w:rPr>
          <w:rFonts w:ascii="Calibri Light" w:hAnsi="Calibri Light" w:cs="Calibri Light"/>
          <w:sz w:val="24"/>
          <w:szCs w:val="24"/>
        </w:rPr>
        <w:t>__</w:t>
      </w:r>
      <w:r w:rsidRPr="00C0304C">
        <w:rPr>
          <w:rFonts w:ascii="Calibri Light" w:hAnsi="Calibri Light" w:cs="Calibri Light"/>
          <w:sz w:val="24"/>
          <w:szCs w:val="24"/>
        </w:rPr>
        <w:t>____________________</w:t>
      </w:r>
    </w:p>
    <w:p w14:paraId="510F270B" w14:textId="73D35995" w:rsidR="00B8786C" w:rsidRPr="00C0304C" w:rsidRDefault="00B8786C" w:rsidP="00B8786C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 xml:space="preserve">Endereço: </w:t>
      </w:r>
      <w:r w:rsidR="005B173A">
        <w:rPr>
          <w:rFonts w:ascii="Calibri Light" w:hAnsi="Calibri Light" w:cs="Calibri Light"/>
          <w:sz w:val="24"/>
          <w:szCs w:val="24"/>
        </w:rPr>
        <w:t xml:space="preserve"> </w:t>
      </w:r>
      <w:r w:rsidRPr="00C0304C">
        <w:rPr>
          <w:rFonts w:ascii="Calibri Light" w:hAnsi="Calibri Light" w:cs="Calibri Light"/>
          <w:sz w:val="24"/>
          <w:szCs w:val="24"/>
        </w:rPr>
        <w:t>________________________________________</w:t>
      </w:r>
      <w:r w:rsidR="005B173A">
        <w:rPr>
          <w:rFonts w:ascii="Calibri Light" w:hAnsi="Calibri Light" w:cs="Calibri Light"/>
          <w:sz w:val="24"/>
          <w:szCs w:val="24"/>
        </w:rPr>
        <w:t>__</w:t>
      </w:r>
      <w:r w:rsidRPr="00C0304C">
        <w:rPr>
          <w:rFonts w:ascii="Calibri Light" w:hAnsi="Calibri Light" w:cs="Calibri Light"/>
          <w:sz w:val="24"/>
          <w:szCs w:val="24"/>
        </w:rPr>
        <w:t>_____________________</w:t>
      </w:r>
    </w:p>
    <w:p w14:paraId="4D59C2A9" w14:textId="4B781C28" w:rsidR="00B8786C" w:rsidRDefault="00B8786C" w:rsidP="00B8786C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>Telefone: ______________________________________</w:t>
      </w:r>
      <w:r w:rsidR="005B173A">
        <w:rPr>
          <w:rFonts w:ascii="Calibri Light" w:hAnsi="Calibri Light" w:cs="Calibri Light"/>
          <w:sz w:val="24"/>
          <w:szCs w:val="24"/>
        </w:rPr>
        <w:t>__</w:t>
      </w:r>
      <w:r w:rsidRPr="00C0304C">
        <w:rPr>
          <w:rFonts w:ascii="Calibri Light" w:hAnsi="Calibri Light" w:cs="Calibri Light"/>
          <w:sz w:val="24"/>
          <w:szCs w:val="24"/>
        </w:rPr>
        <w:t>________________________</w:t>
      </w:r>
    </w:p>
    <w:p w14:paraId="7A3C9B28" w14:textId="2161ACCC" w:rsidR="00551041" w:rsidRPr="00C0304C" w:rsidRDefault="005B173A" w:rsidP="00551041">
      <w:pPr>
        <w:spacing w:line="24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br/>
      </w:r>
      <w:r w:rsidR="00551041" w:rsidRPr="00C0304C">
        <w:rPr>
          <w:rFonts w:ascii="Calibri Light" w:hAnsi="Calibri Light" w:cs="Calibri Light"/>
          <w:b/>
          <w:bCs/>
          <w:sz w:val="24"/>
          <w:szCs w:val="24"/>
        </w:rPr>
        <w:t>REPRESENTANTE LEGAL DO OUTORGA</w:t>
      </w:r>
      <w:r w:rsidR="00551041">
        <w:rPr>
          <w:rFonts w:ascii="Calibri Light" w:hAnsi="Calibri Light" w:cs="Calibri Light"/>
          <w:b/>
          <w:bCs/>
          <w:sz w:val="24"/>
          <w:szCs w:val="24"/>
        </w:rPr>
        <w:t>NTE</w:t>
      </w:r>
      <w:r w:rsidR="00551041" w:rsidRPr="00C0304C">
        <w:rPr>
          <w:rFonts w:ascii="Calibri Light" w:hAnsi="Calibri Light" w:cs="Calibri Light"/>
          <w:b/>
          <w:bCs/>
          <w:sz w:val="24"/>
          <w:szCs w:val="24"/>
        </w:rPr>
        <w:t xml:space="preserve">: </w:t>
      </w:r>
    </w:p>
    <w:p w14:paraId="02195023" w14:textId="46852847" w:rsidR="00551041" w:rsidRPr="00C0304C" w:rsidRDefault="00551041" w:rsidP="00551041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>Nome do(s) sócio(s) (conforme contrato social): ___________</w:t>
      </w:r>
      <w:r w:rsidR="005B173A">
        <w:rPr>
          <w:rFonts w:ascii="Calibri Light" w:hAnsi="Calibri Light" w:cs="Calibri Light"/>
          <w:sz w:val="24"/>
          <w:szCs w:val="24"/>
        </w:rPr>
        <w:t>__</w:t>
      </w:r>
      <w:r w:rsidRPr="00C0304C">
        <w:rPr>
          <w:rFonts w:ascii="Calibri Light" w:hAnsi="Calibri Light" w:cs="Calibri Light"/>
          <w:sz w:val="24"/>
          <w:szCs w:val="24"/>
        </w:rPr>
        <w:t>_____________________</w:t>
      </w:r>
    </w:p>
    <w:p w14:paraId="2023F2E8" w14:textId="653F4653" w:rsidR="00551041" w:rsidRPr="00C0304C" w:rsidRDefault="00551041" w:rsidP="00551041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>CPF/RG: _________________________________________</w:t>
      </w:r>
      <w:r w:rsidR="005B173A">
        <w:rPr>
          <w:rFonts w:ascii="Calibri Light" w:hAnsi="Calibri Light" w:cs="Calibri Light"/>
          <w:sz w:val="24"/>
          <w:szCs w:val="24"/>
        </w:rPr>
        <w:t>__</w:t>
      </w:r>
      <w:r w:rsidRPr="00C0304C">
        <w:rPr>
          <w:rFonts w:ascii="Calibri Light" w:hAnsi="Calibri Light" w:cs="Calibri Light"/>
          <w:sz w:val="24"/>
          <w:szCs w:val="24"/>
        </w:rPr>
        <w:t>______________________</w:t>
      </w:r>
    </w:p>
    <w:p w14:paraId="1E2A7DDC" w14:textId="3283377D" w:rsidR="00551041" w:rsidRDefault="00551041" w:rsidP="00551041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>Telefone: __________________________________</w:t>
      </w:r>
      <w:r w:rsidR="005B173A">
        <w:rPr>
          <w:rFonts w:ascii="Calibri Light" w:hAnsi="Calibri Light" w:cs="Calibri Light"/>
          <w:sz w:val="24"/>
          <w:szCs w:val="24"/>
        </w:rPr>
        <w:t>__</w:t>
      </w:r>
      <w:r w:rsidRPr="00C0304C">
        <w:rPr>
          <w:rFonts w:ascii="Calibri Light" w:hAnsi="Calibri Light" w:cs="Calibri Light"/>
          <w:sz w:val="24"/>
          <w:szCs w:val="24"/>
        </w:rPr>
        <w:t>____________________________</w:t>
      </w:r>
    </w:p>
    <w:p w14:paraId="5565717D" w14:textId="77777777" w:rsidR="005B173A" w:rsidRDefault="005B173A" w:rsidP="005B173A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Endereços eletrônicos que devem constar no cadastro do sistema Via Digital:</w:t>
      </w:r>
    </w:p>
    <w:p w14:paraId="2FBF9A02" w14:textId="77777777" w:rsidR="005B173A" w:rsidRDefault="005B173A" w:rsidP="005B173A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E-mail principal: ___________________________________________________________</w:t>
      </w:r>
    </w:p>
    <w:p w14:paraId="64841125" w14:textId="77777777" w:rsidR="005B173A" w:rsidRPr="00C0304C" w:rsidRDefault="005B173A" w:rsidP="005B173A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E-mail secundário: _________________________________________________________</w:t>
      </w:r>
    </w:p>
    <w:p w14:paraId="0AB01BDD" w14:textId="77777777" w:rsidR="003E4799" w:rsidRPr="00C0304C" w:rsidRDefault="00C0304C" w:rsidP="00C0304C">
      <w:pPr>
        <w:spacing w:line="24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br/>
      </w:r>
      <w:r w:rsidRPr="00C0304C">
        <w:rPr>
          <w:rFonts w:ascii="Calibri Light" w:hAnsi="Calibri Light" w:cs="Calibri Light"/>
          <w:b/>
          <w:bCs/>
          <w:sz w:val="24"/>
          <w:szCs w:val="24"/>
        </w:rPr>
        <w:t xml:space="preserve">OUTORGADO (EMPRESA): </w:t>
      </w:r>
    </w:p>
    <w:p w14:paraId="21299C31" w14:textId="1318F591" w:rsidR="003E4799" w:rsidRPr="00C0304C" w:rsidRDefault="00C0304C" w:rsidP="00C0304C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 xml:space="preserve">Razão Social: </w:t>
      </w:r>
      <w:r w:rsidR="005B173A">
        <w:rPr>
          <w:rFonts w:ascii="Calibri Light" w:hAnsi="Calibri Light" w:cs="Calibri Light"/>
          <w:sz w:val="24"/>
          <w:szCs w:val="24"/>
        </w:rPr>
        <w:t xml:space="preserve"> </w:t>
      </w:r>
      <w:r w:rsidRPr="00C0304C">
        <w:rPr>
          <w:rFonts w:ascii="Calibri Light" w:hAnsi="Calibri Light" w:cs="Calibri Light"/>
          <w:sz w:val="24"/>
          <w:szCs w:val="24"/>
        </w:rPr>
        <w:t>_____________________________</w:t>
      </w:r>
      <w:r w:rsidR="005B173A">
        <w:rPr>
          <w:rFonts w:ascii="Calibri Light" w:hAnsi="Calibri Light" w:cs="Calibri Light"/>
          <w:sz w:val="24"/>
          <w:szCs w:val="24"/>
        </w:rPr>
        <w:t>__</w:t>
      </w:r>
      <w:r w:rsidRPr="00C0304C">
        <w:rPr>
          <w:rFonts w:ascii="Calibri Light" w:hAnsi="Calibri Light" w:cs="Calibri Light"/>
          <w:sz w:val="24"/>
          <w:szCs w:val="24"/>
        </w:rPr>
        <w:t>______________________________</w:t>
      </w:r>
    </w:p>
    <w:p w14:paraId="5459D266" w14:textId="22C17B2A" w:rsidR="003E4799" w:rsidRPr="00C0304C" w:rsidRDefault="00C0304C" w:rsidP="00C0304C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>Nome Fantasia (se houver): _______________________________</w:t>
      </w:r>
      <w:r w:rsidR="005B173A">
        <w:rPr>
          <w:rFonts w:ascii="Calibri Light" w:hAnsi="Calibri Light" w:cs="Calibri Light"/>
          <w:sz w:val="24"/>
          <w:szCs w:val="24"/>
        </w:rPr>
        <w:t>___</w:t>
      </w:r>
      <w:r w:rsidRPr="00C0304C">
        <w:rPr>
          <w:rFonts w:ascii="Calibri Light" w:hAnsi="Calibri Light" w:cs="Calibri Light"/>
          <w:sz w:val="24"/>
          <w:szCs w:val="24"/>
        </w:rPr>
        <w:t>________________</w:t>
      </w:r>
    </w:p>
    <w:p w14:paraId="14E981A7" w14:textId="4F36AB84" w:rsidR="003E4799" w:rsidRPr="00C0304C" w:rsidRDefault="00C0304C" w:rsidP="00C0304C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>CNPJ nº: __________________________________________</w:t>
      </w:r>
      <w:r w:rsidR="005B173A">
        <w:rPr>
          <w:rFonts w:ascii="Calibri Light" w:hAnsi="Calibri Light" w:cs="Calibri Light"/>
          <w:sz w:val="24"/>
          <w:szCs w:val="24"/>
        </w:rPr>
        <w:t>__</w:t>
      </w:r>
      <w:r w:rsidRPr="00C0304C">
        <w:rPr>
          <w:rFonts w:ascii="Calibri Light" w:hAnsi="Calibri Light" w:cs="Calibri Light"/>
          <w:sz w:val="24"/>
          <w:szCs w:val="24"/>
        </w:rPr>
        <w:t>_____________________</w:t>
      </w:r>
    </w:p>
    <w:p w14:paraId="5D1F9B0A" w14:textId="3F91785E" w:rsidR="003E4799" w:rsidRPr="00C0304C" w:rsidRDefault="00C0304C" w:rsidP="00C0304C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 xml:space="preserve">Endereço: </w:t>
      </w:r>
      <w:r w:rsidR="005B173A">
        <w:rPr>
          <w:rFonts w:ascii="Calibri Light" w:hAnsi="Calibri Light" w:cs="Calibri Light"/>
          <w:sz w:val="24"/>
          <w:szCs w:val="24"/>
        </w:rPr>
        <w:t xml:space="preserve"> </w:t>
      </w:r>
      <w:r w:rsidRPr="00C0304C">
        <w:rPr>
          <w:rFonts w:ascii="Calibri Light" w:hAnsi="Calibri Light" w:cs="Calibri Light"/>
          <w:sz w:val="24"/>
          <w:szCs w:val="24"/>
        </w:rPr>
        <w:t>____________________________________</w:t>
      </w:r>
      <w:r w:rsidR="005B173A">
        <w:rPr>
          <w:rFonts w:ascii="Calibri Light" w:hAnsi="Calibri Light" w:cs="Calibri Light"/>
          <w:sz w:val="24"/>
          <w:szCs w:val="24"/>
        </w:rPr>
        <w:t>__</w:t>
      </w:r>
      <w:r w:rsidRPr="00C0304C">
        <w:rPr>
          <w:rFonts w:ascii="Calibri Light" w:hAnsi="Calibri Light" w:cs="Calibri Light"/>
          <w:sz w:val="24"/>
          <w:szCs w:val="24"/>
        </w:rPr>
        <w:t>_________________________</w:t>
      </w:r>
    </w:p>
    <w:p w14:paraId="208BB164" w14:textId="4D6A6A46" w:rsidR="003E4799" w:rsidRPr="00C0304C" w:rsidRDefault="00C0304C" w:rsidP="00C0304C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>Telefone: _____________________________________________</w:t>
      </w:r>
      <w:r w:rsidR="005B173A">
        <w:rPr>
          <w:rFonts w:ascii="Calibri Light" w:hAnsi="Calibri Light" w:cs="Calibri Light"/>
          <w:sz w:val="24"/>
          <w:szCs w:val="24"/>
        </w:rPr>
        <w:t>__</w:t>
      </w:r>
      <w:r w:rsidRPr="00C0304C">
        <w:rPr>
          <w:rFonts w:ascii="Calibri Light" w:hAnsi="Calibri Light" w:cs="Calibri Light"/>
          <w:sz w:val="24"/>
          <w:szCs w:val="24"/>
        </w:rPr>
        <w:t>_________________</w:t>
      </w:r>
    </w:p>
    <w:p w14:paraId="2A210C3E" w14:textId="77777777" w:rsidR="003E4799" w:rsidRPr="00C0304C" w:rsidRDefault="00C0304C" w:rsidP="00C0304C">
      <w:pPr>
        <w:spacing w:line="24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0304C">
        <w:rPr>
          <w:rFonts w:ascii="Calibri Light" w:hAnsi="Calibri Light" w:cs="Calibri Light"/>
          <w:b/>
          <w:bCs/>
          <w:sz w:val="24"/>
          <w:szCs w:val="24"/>
        </w:rPr>
        <w:br/>
        <w:t xml:space="preserve">REPRESENTANTE LEGAL DO OUTORGADO: </w:t>
      </w:r>
    </w:p>
    <w:p w14:paraId="50DF61DE" w14:textId="36D6C408" w:rsidR="003E4799" w:rsidRPr="00C0304C" w:rsidRDefault="00C0304C" w:rsidP="00C0304C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>Nome do(s) sócio(s) (conforme contrato social): _________________________</w:t>
      </w:r>
      <w:r w:rsidR="005B173A">
        <w:rPr>
          <w:rFonts w:ascii="Calibri Light" w:hAnsi="Calibri Light" w:cs="Calibri Light"/>
          <w:sz w:val="24"/>
          <w:szCs w:val="24"/>
        </w:rPr>
        <w:t>__</w:t>
      </w:r>
      <w:r w:rsidRPr="00C0304C">
        <w:rPr>
          <w:rFonts w:ascii="Calibri Light" w:hAnsi="Calibri Light" w:cs="Calibri Light"/>
          <w:sz w:val="24"/>
          <w:szCs w:val="24"/>
        </w:rPr>
        <w:t>_______</w:t>
      </w:r>
    </w:p>
    <w:p w14:paraId="24BA5618" w14:textId="35C52313" w:rsidR="003E4799" w:rsidRPr="00C0304C" w:rsidRDefault="00C0304C" w:rsidP="00C0304C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>CPF/RG: _____________________________________________________</w:t>
      </w:r>
      <w:r w:rsidR="005B173A">
        <w:rPr>
          <w:rFonts w:ascii="Calibri Light" w:hAnsi="Calibri Light" w:cs="Calibri Light"/>
          <w:sz w:val="24"/>
          <w:szCs w:val="24"/>
        </w:rPr>
        <w:t>__</w:t>
      </w:r>
      <w:r w:rsidRPr="00C0304C">
        <w:rPr>
          <w:rFonts w:ascii="Calibri Light" w:hAnsi="Calibri Light" w:cs="Calibri Light"/>
          <w:sz w:val="24"/>
          <w:szCs w:val="24"/>
        </w:rPr>
        <w:t>__________</w:t>
      </w:r>
    </w:p>
    <w:p w14:paraId="1B85A565" w14:textId="5EE43508" w:rsidR="003E4799" w:rsidRPr="00C0304C" w:rsidRDefault="00C0304C" w:rsidP="00C0304C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>Telefone: ________________________________________________</w:t>
      </w:r>
      <w:r w:rsidR="005B173A">
        <w:rPr>
          <w:rFonts w:ascii="Calibri Light" w:hAnsi="Calibri Light" w:cs="Calibri Light"/>
          <w:sz w:val="24"/>
          <w:szCs w:val="24"/>
        </w:rPr>
        <w:t>__</w:t>
      </w:r>
      <w:r w:rsidRPr="00C0304C">
        <w:rPr>
          <w:rFonts w:ascii="Calibri Light" w:hAnsi="Calibri Light" w:cs="Calibri Light"/>
          <w:sz w:val="24"/>
          <w:szCs w:val="24"/>
        </w:rPr>
        <w:t>______________</w:t>
      </w:r>
    </w:p>
    <w:p w14:paraId="7126E2E3" w14:textId="6998B429" w:rsidR="003E4799" w:rsidRPr="00C0304C" w:rsidRDefault="00C0304C" w:rsidP="00C0304C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lastRenderedPageBreak/>
        <w:t>Pelo presente instrumento, o(a) Outorgante nomeia e constitui como seu(sua) bastante Procurador(a) a empresa acima qualificada, para representá-lo(a) perante o Departamento de Estradas de Rodagem do Estado de São Paulo (DER/SP), com os seguintes poderes:</w:t>
      </w:r>
    </w:p>
    <w:p w14:paraId="7BDB1E70" w14:textId="1AA2FDC9" w:rsidR="003E4799" w:rsidRPr="00C0304C" w:rsidRDefault="00C0304C" w:rsidP="00C0304C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 xml:space="preserve">• </w:t>
      </w:r>
      <w:r w:rsidR="0085572C">
        <w:rPr>
          <w:rFonts w:ascii="Calibri Light" w:hAnsi="Calibri Light" w:cs="Calibri Light"/>
          <w:sz w:val="24"/>
          <w:szCs w:val="24"/>
        </w:rPr>
        <w:t>C</w:t>
      </w:r>
      <w:r w:rsidRPr="00C0304C">
        <w:rPr>
          <w:rFonts w:ascii="Calibri Light" w:hAnsi="Calibri Light" w:cs="Calibri Light"/>
          <w:sz w:val="24"/>
          <w:szCs w:val="24"/>
        </w:rPr>
        <w:t>redenciar o(a) Outorgante conforme exigido para a solicitação de Autorização de Transporte Rural (ATR);</w:t>
      </w:r>
    </w:p>
    <w:p w14:paraId="202BB82F" w14:textId="77777777" w:rsidR="003E4799" w:rsidRPr="00C0304C" w:rsidRDefault="00C0304C" w:rsidP="00C0304C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>• Solicitar e acompanhar a ATR junto ao DER/SP, em nome do(a) Outorgante, nos termos da legislação vigente;</w:t>
      </w:r>
    </w:p>
    <w:p w14:paraId="4845A28A" w14:textId="77777777" w:rsidR="003E4799" w:rsidRPr="00C0304C" w:rsidRDefault="00C0304C" w:rsidP="00C0304C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>• Realizar todos os demais procedimentos necessários para a obtenção da ATR, incluindo o preenchimento de formulários e documentos exigidos, responsabilizando-se por todos os atos praticados no cumprimento deste instrumento.</w:t>
      </w:r>
    </w:p>
    <w:p w14:paraId="32795C34" w14:textId="77777777" w:rsidR="003E4799" w:rsidRPr="00C0304C" w:rsidRDefault="00C0304C" w:rsidP="00C0304C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br/>
        <w:t>Esta procuração terá validade até: ____/____/______ (dia/mês/ano).</w:t>
      </w:r>
    </w:p>
    <w:p w14:paraId="74D30916" w14:textId="77777777" w:rsidR="003E4799" w:rsidRPr="00C0304C" w:rsidRDefault="00C0304C" w:rsidP="00C0304C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br/>
        <w:t xml:space="preserve">__________________________, _______ de ______________ </w:t>
      </w:r>
      <w:proofErr w:type="spellStart"/>
      <w:r w:rsidRPr="00C0304C">
        <w:rPr>
          <w:rFonts w:ascii="Calibri Light" w:hAnsi="Calibri Light" w:cs="Calibri Light"/>
          <w:sz w:val="24"/>
          <w:szCs w:val="24"/>
        </w:rPr>
        <w:t>de</w:t>
      </w:r>
      <w:proofErr w:type="spellEnd"/>
      <w:r w:rsidRPr="00C0304C">
        <w:rPr>
          <w:rFonts w:ascii="Calibri Light" w:hAnsi="Calibri Light" w:cs="Calibri Light"/>
          <w:sz w:val="24"/>
          <w:szCs w:val="24"/>
        </w:rPr>
        <w:t xml:space="preserve"> ____________</w:t>
      </w:r>
    </w:p>
    <w:p w14:paraId="5F1074CC" w14:textId="77777777" w:rsidR="003E4799" w:rsidRPr="00C0304C" w:rsidRDefault="00C0304C" w:rsidP="00C0304C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>(</w:t>
      </w:r>
      <w:proofErr w:type="gramStart"/>
      <w:r w:rsidRPr="00C0304C">
        <w:rPr>
          <w:rFonts w:ascii="Calibri Light" w:hAnsi="Calibri Light" w:cs="Calibri Light"/>
          <w:sz w:val="24"/>
          <w:szCs w:val="24"/>
        </w:rPr>
        <w:t xml:space="preserve">Local)   </w:t>
      </w:r>
      <w:proofErr w:type="gramEnd"/>
      <w:r w:rsidRPr="00C0304C">
        <w:rPr>
          <w:rFonts w:ascii="Calibri Light" w:hAnsi="Calibri Light" w:cs="Calibri Light"/>
          <w:sz w:val="24"/>
          <w:szCs w:val="24"/>
        </w:rPr>
        <w:t xml:space="preserve">                                                     </w:t>
      </w:r>
      <w:proofErr w:type="gramStart"/>
      <w:r w:rsidRPr="00C0304C">
        <w:rPr>
          <w:rFonts w:ascii="Calibri Light" w:hAnsi="Calibri Light" w:cs="Calibri Light"/>
          <w:sz w:val="24"/>
          <w:szCs w:val="24"/>
        </w:rPr>
        <w:t xml:space="preserve">   (</w:t>
      </w:r>
      <w:proofErr w:type="gramEnd"/>
      <w:r w:rsidRPr="00C0304C">
        <w:rPr>
          <w:rFonts w:ascii="Calibri Light" w:hAnsi="Calibri Light" w:cs="Calibri Light"/>
          <w:sz w:val="24"/>
          <w:szCs w:val="24"/>
        </w:rPr>
        <w:t>Data)</w:t>
      </w:r>
    </w:p>
    <w:p w14:paraId="2BDF8724" w14:textId="77777777" w:rsidR="00C0304C" w:rsidRPr="00C0304C" w:rsidRDefault="00C0304C" w:rsidP="00C0304C">
      <w:pPr>
        <w:spacing w:line="240" w:lineRule="auto"/>
        <w:jc w:val="center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br/>
      </w:r>
    </w:p>
    <w:p w14:paraId="155D8DDA" w14:textId="39504A71" w:rsidR="003E4799" w:rsidRPr="00C0304C" w:rsidRDefault="00C0304C" w:rsidP="00C0304C">
      <w:pPr>
        <w:spacing w:line="240" w:lineRule="auto"/>
        <w:jc w:val="center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>_________________________________________</w:t>
      </w:r>
    </w:p>
    <w:p w14:paraId="4117B292" w14:textId="77777777" w:rsidR="003E4799" w:rsidRPr="00C0304C" w:rsidRDefault="00C0304C" w:rsidP="00C0304C">
      <w:pPr>
        <w:spacing w:line="240" w:lineRule="auto"/>
        <w:jc w:val="center"/>
        <w:rPr>
          <w:rFonts w:ascii="Calibri Light" w:hAnsi="Calibri Light" w:cs="Calibri Light"/>
          <w:sz w:val="24"/>
          <w:szCs w:val="24"/>
        </w:rPr>
      </w:pPr>
      <w:r w:rsidRPr="00C0304C">
        <w:rPr>
          <w:rFonts w:ascii="Calibri Light" w:hAnsi="Calibri Light" w:cs="Calibri Light"/>
          <w:sz w:val="24"/>
          <w:szCs w:val="24"/>
        </w:rPr>
        <w:t>ASSINATURA DO OUTORGANTE</w:t>
      </w:r>
    </w:p>
    <w:sectPr w:rsidR="003E4799" w:rsidRPr="00C0304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6017875">
    <w:abstractNumId w:val="8"/>
  </w:num>
  <w:num w:numId="2" w16cid:durableId="926423871">
    <w:abstractNumId w:val="6"/>
  </w:num>
  <w:num w:numId="3" w16cid:durableId="13966376">
    <w:abstractNumId w:val="5"/>
  </w:num>
  <w:num w:numId="4" w16cid:durableId="1777165468">
    <w:abstractNumId w:val="4"/>
  </w:num>
  <w:num w:numId="5" w16cid:durableId="1832333335">
    <w:abstractNumId w:val="7"/>
  </w:num>
  <w:num w:numId="6" w16cid:durableId="910315192">
    <w:abstractNumId w:val="3"/>
  </w:num>
  <w:num w:numId="7" w16cid:durableId="1456172694">
    <w:abstractNumId w:val="2"/>
  </w:num>
  <w:num w:numId="8" w16cid:durableId="368532017">
    <w:abstractNumId w:val="1"/>
  </w:num>
  <w:num w:numId="9" w16cid:durableId="133392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E4799"/>
    <w:rsid w:val="00551041"/>
    <w:rsid w:val="005B173A"/>
    <w:rsid w:val="00690F53"/>
    <w:rsid w:val="0085572C"/>
    <w:rsid w:val="0086675E"/>
    <w:rsid w:val="00AA1D8D"/>
    <w:rsid w:val="00B47730"/>
    <w:rsid w:val="00B8786C"/>
    <w:rsid w:val="00C0304C"/>
    <w:rsid w:val="00C2723F"/>
    <w:rsid w:val="00CB0664"/>
    <w:rsid w:val="00FC693F"/>
    <w:rsid w:val="00FF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EA0AC1"/>
  <w14:defaultImageDpi w14:val="300"/>
  <w15:docId w15:val="{01A69A73-7D96-401D-93C3-884799922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041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401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Jessica Claudino da Silva</cp:lastModifiedBy>
  <cp:revision>8</cp:revision>
  <dcterms:created xsi:type="dcterms:W3CDTF">2025-01-31T19:14:00Z</dcterms:created>
  <dcterms:modified xsi:type="dcterms:W3CDTF">2025-06-25T18:08:00Z</dcterms:modified>
  <cp:category/>
</cp:coreProperties>
</file>